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HIPAA Privacy Acknowledgement &amp; Patient Intake Form</w:t>
      </w:r>
    </w:p>
    <w:p>
      <w:r>
        <w:t>Patient Information</w:t>
      </w:r>
    </w:p>
    <w:p>
      <w:r>
        <w:t>Full Name: ____________________________________________</w:t>
      </w:r>
    </w:p>
    <w:p>
      <w:r>
        <w:t>Date of Birth: __________  Phone: ______________________</w:t>
      </w:r>
    </w:p>
    <w:p>
      <w:r>
        <w:t>Address: ______________________________________________</w:t>
      </w:r>
    </w:p>
    <w:p>
      <w:r>
        <w:t>City/State/ZIP: ________________________________________</w:t>
      </w:r>
    </w:p>
    <w:p>
      <w:r>
        <w:t>Emergency Contact: _____________________________________</w:t>
      </w:r>
    </w:p>
    <w:p>
      <w:r>
        <w:t>Relationship: __________________ Phone: ________________</w:t>
      </w:r>
    </w:p>
    <w:p>
      <w:r>
        <w:br/>
        <w:t>Insurance Information</w:t>
      </w:r>
    </w:p>
    <w:p>
      <w:r>
        <w:t>Insurance Provider: ____________________________________</w:t>
      </w:r>
    </w:p>
    <w:p>
      <w:r>
        <w:t>Member ID: ____________________________________________</w:t>
      </w:r>
    </w:p>
    <w:p>
      <w:r>
        <w:br/>
        <w:t>HIPAA Acknowledgement</w:t>
      </w:r>
    </w:p>
    <w:p>
      <w:r>
        <w:t>I acknowledge that I have been offered or provided access to the Notice of Privacy Practices and understand how my protected health information may be used and disclosed as permitted by law.</w:t>
      </w:r>
    </w:p>
    <w:p>
      <w:r>
        <w:t>Preferred Contact Method:  □ Phone   □ Text   □ Email   □ Mail</w:t>
      </w:r>
    </w:p>
    <w:p>
      <w:r>
        <w:t>May we leave detailed messages?  □ Yes  □ No</w:t>
      </w:r>
    </w:p>
    <w:p>
      <w:r>
        <w:br/>
        <w:t>Authorized Individuals (optional)</w:t>
      </w:r>
    </w:p>
    <w:p>
      <w:r>
        <w:t>Name(s) authorized to receive information about my care:</w:t>
      </w:r>
    </w:p>
    <w:p>
      <w:r>
        <w:t>_______________________________________________________</w:t>
      </w:r>
    </w:p>
    <w:p>
      <w:r>
        <w:t>_______________________________________________________</w:t>
      </w:r>
    </w:p>
    <w:p>
      <w:r>
        <w:br/>
        <w:t>Patient Signature: _______________________ Date: ________</w:t>
      </w:r>
    </w:p>
    <w:p>
      <w:r>
        <w:t>Staff Signature: _________________________ Date: 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Jackie Wagner</dc:creator>
  <keywords/>
  <dc:description>generated by python-docx</dc:description>
  <lastModifiedBy>Jackie Wagner</lastModifiedBy>
  <revision>1</revision>
  <dcterms:created xsi:type="dcterms:W3CDTF">2026-08-23T14:57:50.3748526Z</dcterms:created>
  <dcterms:modified xsi:type="dcterms:W3CDTF">2026-08-23T14:57:50.3748526Z</dcterms:modified>
  <category/>
</coreProperties>
</file>